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C71BC" w14:textId="15E29966" w:rsidR="00027876" w:rsidRDefault="00027876" w:rsidP="00027876">
      <w:pPr>
        <w:rPr>
          <w:b/>
          <w:sz w:val="28"/>
          <w:lang w:val="it-IT"/>
        </w:rPr>
      </w:pPr>
      <w:r>
        <w:rPr>
          <w:b/>
          <w:sz w:val="28"/>
          <w:lang w:val="it-IT"/>
        </w:rPr>
        <w:t>(</w:t>
      </w:r>
      <w:r w:rsidRPr="00027876">
        <w:rPr>
          <w:b/>
          <w:sz w:val="28"/>
          <w:lang w:val="it-IT"/>
        </w:rPr>
        <w:t>ALLEGATO 2</w:t>
      </w:r>
      <w:r>
        <w:rPr>
          <w:b/>
          <w:sz w:val="28"/>
          <w:lang w:val="it-IT"/>
        </w:rPr>
        <w:t>)</w:t>
      </w:r>
    </w:p>
    <w:p w14:paraId="3EA995AE" w14:textId="77777777" w:rsidR="00027876" w:rsidRDefault="00EF30A7" w:rsidP="00027876">
      <w:pPr>
        <w:spacing w:after="0"/>
        <w:jc w:val="center"/>
        <w:rPr>
          <w:b/>
          <w:sz w:val="28"/>
          <w:lang w:val="it-IT"/>
        </w:rPr>
      </w:pPr>
      <w:r w:rsidRPr="00027876">
        <w:rPr>
          <w:b/>
          <w:sz w:val="28"/>
          <w:lang w:val="it-IT"/>
        </w:rPr>
        <w:t>DICHIARAZIONE</w:t>
      </w:r>
    </w:p>
    <w:p w14:paraId="7EAC8ECB" w14:textId="62C1C236" w:rsidR="007C7C12" w:rsidRPr="00027876" w:rsidRDefault="00EF30A7" w:rsidP="00027876">
      <w:pPr>
        <w:spacing w:after="0"/>
        <w:jc w:val="center"/>
        <w:rPr>
          <w:lang w:val="it-IT"/>
        </w:rPr>
      </w:pPr>
      <w:r w:rsidRPr="00027876">
        <w:rPr>
          <w:b/>
          <w:sz w:val="28"/>
          <w:lang w:val="it-IT"/>
        </w:rPr>
        <w:t>SUL POSSESSO DEI REQUISITI GENERALI E SPECIALI</w:t>
      </w:r>
      <w:r>
        <w:rPr>
          <w:rStyle w:val="Rimandonotaapidipagina"/>
          <w:b/>
          <w:sz w:val="28"/>
          <w:lang w:val="it-IT"/>
        </w:rPr>
        <w:footnoteReference w:id="1"/>
      </w:r>
    </w:p>
    <w:p w14:paraId="5DB88A21" w14:textId="77777777" w:rsidR="00027876" w:rsidRPr="00027876" w:rsidRDefault="00027876" w:rsidP="00027876">
      <w:pPr>
        <w:spacing w:after="0"/>
        <w:jc w:val="center"/>
        <w:rPr>
          <w:bCs/>
          <w:i/>
          <w:iCs/>
          <w:sz w:val="28"/>
          <w:lang w:val="it-IT"/>
        </w:rPr>
      </w:pPr>
      <w:r w:rsidRPr="00027876">
        <w:rPr>
          <w:bCs/>
          <w:i/>
          <w:iCs/>
          <w:sz w:val="28"/>
          <w:lang w:val="it-IT"/>
        </w:rPr>
        <w:t xml:space="preserve">Presentazione di proposta progettuale per l’affidamento mediante finanza di progetto ai sensi dell’art. 193, comma 16, </w:t>
      </w:r>
      <w:proofErr w:type="spellStart"/>
      <w:r w:rsidRPr="00027876">
        <w:rPr>
          <w:bCs/>
          <w:i/>
          <w:iCs/>
          <w:sz w:val="28"/>
          <w:lang w:val="it-IT"/>
        </w:rPr>
        <w:t>D.Lgs.</w:t>
      </w:r>
      <w:proofErr w:type="spellEnd"/>
      <w:r w:rsidRPr="00027876">
        <w:rPr>
          <w:bCs/>
          <w:i/>
          <w:iCs/>
          <w:sz w:val="28"/>
          <w:lang w:val="it-IT"/>
        </w:rPr>
        <w:t xml:space="preserve"> 36/2023 della</w:t>
      </w:r>
    </w:p>
    <w:p w14:paraId="0B980A61" w14:textId="77777777" w:rsidR="00027876" w:rsidRPr="00027876" w:rsidRDefault="00027876" w:rsidP="00027876">
      <w:pPr>
        <w:spacing w:after="0"/>
        <w:jc w:val="center"/>
        <w:rPr>
          <w:bCs/>
          <w:i/>
          <w:iCs/>
          <w:lang w:val="it-IT"/>
        </w:rPr>
      </w:pPr>
      <w:r w:rsidRPr="00027876">
        <w:rPr>
          <w:bCs/>
          <w:i/>
          <w:iCs/>
          <w:sz w:val="28"/>
          <w:lang w:val="it-IT"/>
        </w:rPr>
        <w:t>Concessione della gestione e la riqualificazione della RSA comunale</w:t>
      </w:r>
    </w:p>
    <w:p w14:paraId="7A8FC1C0" w14:textId="77777777" w:rsidR="007C7C12" w:rsidRPr="00027876" w:rsidRDefault="007C7C12">
      <w:pPr>
        <w:rPr>
          <w:lang w:val="it-IT"/>
        </w:rPr>
      </w:pPr>
    </w:p>
    <w:p w14:paraId="07B8B476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Il sottoscritto</w:t>
      </w:r>
      <w:r w:rsidRPr="00027876">
        <w:rPr>
          <w:lang w:val="it-IT"/>
        </w:rPr>
        <w:tab/>
      </w:r>
    </w:p>
    <w:p w14:paraId="53EFC5BE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nato a</w:t>
      </w:r>
      <w:r w:rsidRPr="00027876">
        <w:rPr>
          <w:lang w:val="it-IT"/>
        </w:rPr>
        <w:tab/>
      </w:r>
    </w:p>
    <w:p w14:paraId="3081F0AD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il</w:t>
      </w:r>
      <w:r w:rsidRPr="00027876">
        <w:rPr>
          <w:lang w:val="it-IT"/>
        </w:rPr>
        <w:tab/>
      </w:r>
    </w:p>
    <w:p w14:paraId="03FAF0D9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C.F.</w:t>
      </w:r>
      <w:r w:rsidRPr="00027876">
        <w:rPr>
          <w:lang w:val="it-IT"/>
        </w:rPr>
        <w:tab/>
      </w:r>
    </w:p>
    <w:p w14:paraId="4CF659B2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residente nel Comune di</w:t>
      </w:r>
      <w:r w:rsidRPr="00027876">
        <w:rPr>
          <w:lang w:val="it-IT"/>
        </w:rPr>
        <w:tab/>
      </w:r>
    </w:p>
    <w:p w14:paraId="21DBE997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Provincia</w:t>
      </w:r>
      <w:r w:rsidRPr="00027876">
        <w:rPr>
          <w:lang w:val="it-IT"/>
        </w:rPr>
        <w:tab/>
      </w:r>
    </w:p>
    <w:p w14:paraId="0C9D1D3A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Via/Piazza</w:t>
      </w:r>
      <w:r w:rsidRPr="00027876">
        <w:rPr>
          <w:lang w:val="it-IT"/>
        </w:rPr>
        <w:tab/>
      </w:r>
    </w:p>
    <w:p w14:paraId="0276E59C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nella sua qualità di</w:t>
      </w:r>
      <w:r w:rsidRPr="00027876">
        <w:rPr>
          <w:lang w:val="it-IT"/>
        </w:rPr>
        <w:tab/>
      </w:r>
    </w:p>
    <w:p w14:paraId="2653333E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della società</w:t>
      </w:r>
      <w:r w:rsidRPr="00027876">
        <w:rPr>
          <w:lang w:val="it-IT"/>
        </w:rPr>
        <w:tab/>
      </w:r>
    </w:p>
    <w:p w14:paraId="60E19363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con sede in</w:t>
      </w:r>
      <w:r w:rsidRPr="00027876">
        <w:rPr>
          <w:lang w:val="it-IT"/>
        </w:rPr>
        <w:tab/>
      </w:r>
    </w:p>
    <w:p w14:paraId="48E020D8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Via/Piazza</w:t>
      </w:r>
      <w:r w:rsidRPr="00027876">
        <w:rPr>
          <w:lang w:val="it-IT"/>
        </w:rPr>
        <w:tab/>
      </w:r>
    </w:p>
    <w:p w14:paraId="5958DD2D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C.F</w:t>
      </w:r>
      <w:r w:rsidRPr="00027876">
        <w:rPr>
          <w:lang w:val="it-IT"/>
        </w:rPr>
        <w:tab/>
      </w:r>
    </w:p>
    <w:p w14:paraId="4129F7F7" w14:textId="77777777" w:rsidR="00027876" w:rsidRPr="00027876" w:rsidRDefault="00027876" w:rsidP="00027876">
      <w:pPr>
        <w:tabs>
          <w:tab w:val="right" w:leader="dot" w:pos="9638"/>
        </w:tabs>
        <w:suppressAutoHyphens/>
        <w:spacing w:after="0" w:line="480" w:lineRule="auto"/>
        <w:jc w:val="both"/>
        <w:rPr>
          <w:lang w:val="it-IT"/>
        </w:rPr>
      </w:pPr>
      <w:r w:rsidRPr="00027876">
        <w:rPr>
          <w:lang w:val="it-IT"/>
        </w:rPr>
        <w:t>Partita IVA</w:t>
      </w:r>
      <w:r w:rsidRPr="00027876">
        <w:rPr>
          <w:lang w:val="it-IT"/>
        </w:rPr>
        <w:tab/>
      </w:r>
    </w:p>
    <w:p w14:paraId="041D3749" w14:textId="4537A4C6" w:rsidR="00027876" w:rsidRPr="00027876" w:rsidRDefault="00027876" w:rsidP="00027876">
      <w:pPr>
        <w:spacing w:line="360" w:lineRule="auto"/>
        <w:jc w:val="both"/>
        <w:rPr>
          <w:lang w:val="it-IT"/>
        </w:rPr>
      </w:pPr>
      <w:r w:rsidRPr="00027876">
        <w:rPr>
          <w:lang w:val="it-IT"/>
        </w:rPr>
        <w:t>ai sensi degli artt. 46 e 47 del DPR 445/2000, consapevole delle sanzioni penali previste dall’art. 76 del citato decreto</w:t>
      </w:r>
    </w:p>
    <w:p w14:paraId="1399DB2C" w14:textId="77777777" w:rsidR="00027876" w:rsidRPr="00027876" w:rsidRDefault="00027876" w:rsidP="00027876">
      <w:pPr>
        <w:pStyle w:val="Corpotesto"/>
        <w:ind w:left="360"/>
        <w:jc w:val="center"/>
        <w:rPr>
          <w:lang w:val="it-IT"/>
        </w:rPr>
      </w:pPr>
      <w:r w:rsidRPr="00027876">
        <w:rPr>
          <w:b/>
          <w:lang w:val="it-IT"/>
        </w:rPr>
        <w:t>DICHIARA</w:t>
      </w:r>
    </w:p>
    <w:p w14:paraId="009C75EE" w14:textId="77777777" w:rsidR="007C7C12" w:rsidRPr="00027876" w:rsidRDefault="00EF30A7">
      <w:pPr>
        <w:rPr>
          <w:lang w:val="it-IT"/>
        </w:rPr>
      </w:pPr>
      <w:r w:rsidRPr="00027876">
        <w:rPr>
          <w:b/>
          <w:lang w:val="it-IT"/>
        </w:rPr>
        <w:t xml:space="preserve">B) REQUISITI DI ORDINE GENERALE (artt. 94 e 95 </w:t>
      </w:r>
      <w:proofErr w:type="spellStart"/>
      <w:r w:rsidRPr="00027876">
        <w:rPr>
          <w:b/>
          <w:lang w:val="it-IT"/>
        </w:rPr>
        <w:t>D.Lgs.</w:t>
      </w:r>
      <w:proofErr w:type="spellEnd"/>
      <w:r w:rsidRPr="00027876">
        <w:rPr>
          <w:b/>
          <w:lang w:val="it-IT"/>
        </w:rPr>
        <w:t xml:space="preserve"> 36/2023)</w:t>
      </w:r>
    </w:p>
    <w:p w14:paraId="0D64E96E" w14:textId="2E48C289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lastRenderedPageBreak/>
        <w:t>[ ]</w:t>
      </w:r>
      <w:proofErr w:type="gramEnd"/>
      <w:r w:rsidRPr="00027876">
        <w:rPr>
          <w:lang w:val="it-IT"/>
        </w:rPr>
        <w:t xml:space="preserve"> l’assenza delle cause di esclusione di cui all’art. 94 (cause automatiche).</w:t>
      </w:r>
    </w:p>
    <w:p w14:paraId="3D71EACA" w14:textId="77777777" w:rsid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l’assenza delle circostanze di cui all’art. 95 (valutazione discrezionale), ovvero di da</w:t>
      </w:r>
      <w:r w:rsidR="00027876">
        <w:rPr>
          <w:lang w:val="it-IT"/>
        </w:rPr>
        <w:t xml:space="preserve">rne come di seguito </w:t>
      </w:r>
      <w:r w:rsidRPr="00027876">
        <w:rPr>
          <w:lang w:val="it-IT"/>
        </w:rPr>
        <w:t>comunicazione per l</w:t>
      </w:r>
      <w:r w:rsidR="00027876">
        <w:rPr>
          <w:lang w:val="it-IT"/>
        </w:rPr>
        <w:t xml:space="preserve">e </w:t>
      </w:r>
      <w:r w:rsidRPr="00027876">
        <w:rPr>
          <w:lang w:val="it-IT"/>
        </w:rPr>
        <w:t>valutazion</w:t>
      </w:r>
      <w:r w:rsidR="00027876">
        <w:rPr>
          <w:lang w:val="it-IT"/>
        </w:rPr>
        <w:t>i</w:t>
      </w:r>
      <w:r w:rsidRPr="00027876">
        <w:rPr>
          <w:lang w:val="it-IT"/>
        </w:rPr>
        <w:t xml:space="preserve"> dell’Amministrazione</w:t>
      </w:r>
      <w:r w:rsidR="00027876">
        <w:rPr>
          <w:lang w:val="it-IT"/>
        </w:rPr>
        <w:t>:</w:t>
      </w:r>
    </w:p>
    <w:p w14:paraId="735BDCC1" w14:textId="47C800F8" w:rsidR="007C7C12" w:rsidRPr="00027876" w:rsidRDefault="00464265">
      <w:pPr>
        <w:rPr>
          <w:lang w:val="it-IT"/>
        </w:rPr>
      </w:pPr>
      <w:r>
        <w:rPr>
          <w:lang w:val="it-IT"/>
        </w:rPr>
        <w:t>________________________________</w:t>
      </w:r>
      <w:r w:rsidRPr="00027876">
        <w:rPr>
          <w:lang w:val="it-IT"/>
        </w:rPr>
        <w:t>;</w:t>
      </w:r>
    </w:p>
    <w:p w14:paraId="2630BB82" w14:textId="77777777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Dichiaro l’iscrizione al Registro delle Imprese (CCIAA/REA) – estremi: n. ________ del __/__/____ – oggetto sociale: _______________________________;</w:t>
      </w:r>
    </w:p>
    <w:p w14:paraId="36962EF0" w14:textId="77777777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Dichiaro la regolarità contributiva e previdenziale (DURC in corso di validità) e la regolarità fiscale;</w:t>
      </w:r>
    </w:p>
    <w:p w14:paraId="3A937651" w14:textId="77777777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Dichiaro l’osservanza degli obblighi di cui alla L. 68/1999 (collocamento mirato) ovvero la non assoggettabilità;</w:t>
      </w:r>
    </w:p>
    <w:p w14:paraId="462EE60E" w14:textId="77777777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Dichiaro l’assenza di provvedimenti interdittivi antimafia e di annotazioni ostative nel casellario informatico ANAC;</w:t>
      </w:r>
    </w:p>
    <w:p w14:paraId="103C7EC1" w14:textId="77777777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Dichiaro l’assenza di situazioni di controllo/collegamento con altri proponenti idonee ad alterare la concorrenza;</w:t>
      </w:r>
    </w:p>
    <w:p w14:paraId="7BD77984" w14:textId="61C1C8BA" w:rsidR="007C7C12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(eventuale) Dichiaro di aver adottato misure di self-</w:t>
      </w:r>
      <w:proofErr w:type="spellStart"/>
      <w:r w:rsidRPr="00027876">
        <w:rPr>
          <w:lang w:val="it-IT"/>
        </w:rPr>
        <w:t>cleaning</w:t>
      </w:r>
      <w:proofErr w:type="spellEnd"/>
      <w:r w:rsidRPr="00027876">
        <w:rPr>
          <w:lang w:val="it-IT"/>
        </w:rPr>
        <w:t xml:space="preserve"> ai sensi del Codice (descrizione sintetica): ____________________________</w:t>
      </w:r>
      <w:r w:rsidR="00464265">
        <w:rPr>
          <w:lang w:val="it-IT"/>
        </w:rPr>
        <w:t>;</w:t>
      </w:r>
    </w:p>
    <w:p w14:paraId="42F77161" w14:textId="75C2E676" w:rsidR="00464265" w:rsidRPr="00464265" w:rsidRDefault="00464265" w:rsidP="00464265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</w:t>
      </w:r>
      <w:r w:rsidRPr="00464265">
        <w:rPr>
          <w:lang w:val="it-IT"/>
        </w:rPr>
        <w:t>di non trovarsi in alcuna delle condizioni di incompatibilità di cui all’art. 53, comma 16-ter del D. Lgs. n. 165/2001, nonché dell’art. 21, comma 1, del D. Lgs. n. 39/2013;</w:t>
      </w:r>
    </w:p>
    <w:p w14:paraId="6BC6D259" w14:textId="77777777" w:rsidR="007C7C12" w:rsidRPr="00027876" w:rsidRDefault="00EF30A7">
      <w:pPr>
        <w:rPr>
          <w:lang w:val="it-IT"/>
        </w:rPr>
      </w:pPr>
      <w:r w:rsidRPr="00027876">
        <w:rPr>
          <w:b/>
          <w:lang w:val="it-IT"/>
        </w:rPr>
        <w:t>C) REQUISITI SPECIALI (capacità economico-finanziaria e tecnico-professionale)</w:t>
      </w:r>
    </w:p>
    <w:p w14:paraId="4580857C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t>L’operatore economico dichiara di possedere i requisiti indicati dall’Avviso, come di seguito:</w:t>
      </w:r>
    </w:p>
    <w:p w14:paraId="6E8DC846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t>C.1) Fatturato medio (ultimi 5 esercizi) relativo ad attività affini ≥ 10% dell’investimento minimo previsto (€ 46.000,00): € ____________</w:t>
      </w:r>
    </w:p>
    <w:p w14:paraId="50492AA7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t>C.2) Capitale sociale o patrimonio netto ≥ 1/20 dell’investimento (€ 23.000,00): € ____________ (indicare: capitale sociale / patrimonio netto)</w:t>
      </w:r>
    </w:p>
    <w:p w14:paraId="21F62103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t>C.3) Servizi affini svolti (ultimi 5 anni) – importo medio ≥ 5% dell’investimento (€ 23.000,00): € ____________</w:t>
      </w:r>
    </w:p>
    <w:p w14:paraId="7A5D297B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t>C.4) Almeno un servizio affine (ultimi 5 anni) – importo medio ≥ 2% dell’investimento (€ 9.200,00): € ____________</w:t>
      </w:r>
    </w:p>
    <w:p w14:paraId="630D5921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t xml:space="preserve">☑ In alternativa ai punti C.3) e C.4), si dichiara l’incremento dei requisiti C.1) e C.2) nella misura di 1,5x, ai sensi della normativa </w:t>
      </w:r>
      <w:proofErr w:type="gramStart"/>
      <w:r w:rsidRPr="00027876">
        <w:rPr>
          <w:lang w:val="it-IT"/>
        </w:rPr>
        <w:t>applicabile:  [</w:t>
      </w:r>
      <w:proofErr w:type="gramEnd"/>
      <w:r w:rsidRPr="00027876">
        <w:rPr>
          <w:lang w:val="it-IT"/>
        </w:rPr>
        <w:t xml:space="preserve"> ] Sì</w:t>
      </w:r>
      <w:proofErr w:type="gramStart"/>
      <w:r w:rsidRPr="00027876">
        <w:rPr>
          <w:lang w:val="it-IT"/>
        </w:rPr>
        <w:t xml:space="preserve">   [</w:t>
      </w:r>
      <w:proofErr w:type="gramEnd"/>
      <w:r w:rsidRPr="00027876">
        <w:rPr>
          <w:lang w:val="it-IT"/>
        </w:rPr>
        <w:t xml:space="preserve"> ] No</w:t>
      </w:r>
    </w:p>
    <w:p w14:paraId="12213429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lastRenderedPageBreak/>
        <w:t>In caso di RTI/Consorzio: i requisiti sono posseduti complessivamente; ciascun componente possiede almeno il 10% di C.1) e C.2).</w:t>
      </w:r>
    </w:p>
    <w:p w14:paraId="1EDAD553" w14:textId="77777777" w:rsidR="007C7C12" w:rsidRPr="00027876" w:rsidRDefault="007C7C12">
      <w:pPr>
        <w:rPr>
          <w:lang w:val="it-IT"/>
        </w:rPr>
      </w:pPr>
    </w:p>
    <w:p w14:paraId="4C368F1E" w14:textId="77777777" w:rsidR="007C7C12" w:rsidRPr="00027876" w:rsidRDefault="00EF30A7">
      <w:pPr>
        <w:rPr>
          <w:lang w:val="it-IT"/>
        </w:rPr>
      </w:pPr>
      <w:r w:rsidRPr="00027876">
        <w:rPr>
          <w:b/>
          <w:lang w:val="it-IT"/>
        </w:rPr>
        <w:t>D) ESECUZIONE DEI LAVORI (se il concessionario intende eseguire direttamente)</w:t>
      </w:r>
    </w:p>
    <w:p w14:paraId="641D540D" w14:textId="77777777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Attestazione SOA in corso di validità: Categoria OG1 almeno classifica II – Estremi: ___________________</w:t>
      </w:r>
      <w:proofErr w:type="gramStart"/>
      <w:r w:rsidRPr="00027876">
        <w:rPr>
          <w:lang w:val="it-IT"/>
        </w:rPr>
        <w:t>_;  Categoria</w:t>
      </w:r>
      <w:proofErr w:type="gramEnd"/>
      <w:r w:rsidRPr="00027876">
        <w:rPr>
          <w:lang w:val="it-IT"/>
        </w:rPr>
        <w:t xml:space="preserve"> OG11 (se necessaria) – Estremi: ____________________</w:t>
      </w:r>
    </w:p>
    <w:p w14:paraId="542E74FA" w14:textId="77777777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In alternativa: partecipazione con operatore/i qualificato/i per le categorie mancanti (RTI/Consorzio) secondo quanto previsto dall’Avviso.</w:t>
      </w:r>
    </w:p>
    <w:p w14:paraId="154A7723" w14:textId="77777777" w:rsidR="007C7C12" w:rsidRPr="00027876" w:rsidRDefault="007C7C12">
      <w:pPr>
        <w:rPr>
          <w:lang w:val="it-IT"/>
        </w:rPr>
      </w:pPr>
    </w:p>
    <w:p w14:paraId="64C924CC" w14:textId="77777777" w:rsidR="007C7C12" w:rsidRPr="00027876" w:rsidRDefault="00EF30A7">
      <w:pPr>
        <w:rPr>
          <w:lang w:val="it-IT"/>
        </w:rPr>
      </w:pPr>
      <w:r w:rsidRPr="00027876">
        <w:rPr>
          <w:b/>
          <w:lang w:val="it-IT"/>
        </w:rPr>
        <w:t>E) AVVALIMENTO (se utilizzato)</w:t>
      </w:r>
    </w:p>
    <w:p w14:paraId="139590F6" w14:textId="77777777" w:rsidR="007C7C12" w:rsidRPr="00027876" w:rsidRDefault="00EF30A7">
      <w:pPr>
        <w:rPr>
          <w:lang w:val="it-IT"/>
        </w:rPr>
      </w:pPr>
      <w:proofErr w:type="gramStart"/>
      <w:r w:rsidRPr="00027876">
        <w:rPr>
          <w:lang w:val="it-IT"/>
        </w:rPr>
        <w:t>[ ]</w:t>
      </w:r>
      <w:proofErr w:type="gramEnd"/>
      <w:r w:rsidRPr="00027876">
        <w:rPr>
          <w:lang w:val="it-IT"/>
        </w:rPr>
        <w:t xml:space="preserve"> L’operatore economico dichiara di avvalersi dei requisiti di altro soggetto e si impegna a presentare, su richiesta, contratto di avvalimento e documentazione a comprova.</w:t>
      </w:r>
    </w:p>
    <w:p w14:paraId="6BE6E197" w14:textId="77777777" w:rsidR="007C7C12" w:rsidRPr="00027876" w:rsidRDefault="007C7C12">
      <w:pPr>
        <w:rPr>
          <w:lang w:val="it-IT"/>
        </w:rPr>
      </w:pPr>
    </w:p>
    <w:p w14:paraId="259130BC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t>Luogo e data: ________________________________</w:t>
      </w:r>
    </w:p>
    <w:p w14:paraId="4E075A0A" w14:textId="77777777" w:rsidR="007C7C12" w:rsidRPr="00027876" w:rsidRDefault="00EF30A7">
      <w:pPr>
        <w:rPr>
          <w:lang w:val="it-IT"/>
        </w:rPr>
      </w:pPr>
      <w:r w:rsidRPr="00027876">
        <w:rPr>
          <w:b/>
          <w:lang w:val="it-IT"/>
        </w:rPr>
        <w:t>Firma digitale del legale rappresentante / procuratore</w:t>
      </w:r>
    </w:p>
    <w:p w14:paraId="0B15FEE3" w14:textId="77777777" w:rsidR="007C7C12" w:rsidRPr="00027876" w:rsidRDefault="00EF30A7">
      <w:pPr>
        <w:rPr>
          <w:lang w:val="it-IT"/>
        </w:rPr>
      </w:pPr>
      <w:r w:rsidRPr="00027876">
        <w:rPr>
          <w:lang w:val="it-IT"/>
        </w:rPr>
        <w:t>____________________________________________</w:t>
      </w:r>
    </w:p>
    <w:p w14:paraId="65E0085B" w14:textId="77777777" w:rsidR="007C7C12" w:rsidRPr="00027876" w:rsidRDefault="007C7C12">
      <w:pPr>
        <w:rPr>
          <w:lang w:val="it-IT"/>
        </w:rPr>
      </w:pPr>
    </w:p>
    <w:p w14:paraId="5EAD663F" w14:textId="77777777" w:rsidR="007C7C12" w:rsidRPr="00027876" w:rsidRDefault="00EF30A7">
      <w:pPr>
        <w:rPr>
          <w:lang w:val="it-IT"/>
        </w:rPr>
      </w:pPr>
      <w:r w:rsidRPr="00027876">
        <w:rPr>
          <w:b/>
          <w:lang w:val="it-IT"/>
        </w:rPr>
        <w:t xml:space="preserve">Informativa sul trattamento dei dati personali: </w:t>
      </w:r>
      <w:r w:rsidRPr="00027876">
        <w:rPr>
          <w:lang w:val="it-IT"/>
        </w:rPr>
        <w:t>ai sensi del Regolamento (UE) 2016/679, i dati saranno trattati esclusivamente per le finalità connesse al procedimento.</w:t>
      </w:r>
    </w:p>
    <w:sectPr w:rsidR="007C7C12" w:rsidRPr="00027876" w:rsidSect="00034616">
      <w:headerReference w:type="default" r:id="rId8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5287A" w14:textId="77777777" w:rsidR="005E0C22" w:rsidRDefault="005E0C22">
      <w:pPr>
        <w:spacing w:after="0" w:line="240" w:lineRule="auto"/>
      </w:pPr>
      <w:r>
        <w:separator/>
      </w:r>
    </w:p>
  </w:endnote>
  <w:endnote w:type="continuationSeparator" w:id="0">
    <w:p w14:paraId="77333B18" w14:textId="77777777" w:rsidR="005E0C22" w:rsidRDefault="005E0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 New Roman Grassetto">
    <w:panose1 w:val="020208030705050203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D1E17" w14:textId="77777777" w:rsidR="005E0C22" w:rsidRDefault="005E0C22">
      <w:pPr>
        <w:spacing w:after="0" w:line="240" w:lineRule="auto"/>
      </w:pPr>
      <w:r>
        <w:separator/>
      </w:r>
    </w:p>
  </w:footnote>
  <w:footnote w:type="continuationSeparator" w:id="0">
    <w:p w14:paraId="1CB1A010" w14:textId="77777777" w:rsidR="005E0C22" w:rsidRDefault="005E0C22">
      <w:pPr>
        <w:spacing w:after="0" w:line="240" w:lineRule="auto"/>
      </w:pPr>
      <w:r>
        <w:continuationSeparator/>
      </w:r>
    </w:p>
  </w:footnote>
  <w:footnote w:id="1">
    <w:p w14:paraId="3E4472BA" w14:textId="6A918D1A" w:rsidR="00EF30A7" w:rsidRPr="00EF30A7" w:rsidRDefault="00EF30A7" w:rsidP="00EF30A7">
      <w:pPr>
        <w:pStyle w:val="Testonotaapidipagina"/>
        <w:jc w:val="both"/>
        <w:rPr>
          <w:lang w:val="it-IT"/>
        </w:rPr>
      </w:pPr>
      <w:r>
        <w:rPr>
          <w:rStyle w:val="Rimandonotaapidipagina"/>
        </w:rPr>
        <w:footnoteRef/>
      </w:r>
      <w:r w:rsidRPr="00EF30A7">
        <w:rPr>
          <w:lang w:val="it-IT"/>
        </w:rPr>
        <w:t xml:space="preserve"> </w:t>
      </w:r>
      <w:r>
        <w:rPr>
          <w:lang w:val="it-IT"/>
        </w:rPr>
        <w:t>L</w:t>
      </w:r>
      <w:r w:rsidRPr="00EF30A7">
        <w:rPr>
          <w:i/>
          <w:lang w:val="it-IT"/>
        </w:rPr>
        <w:t>a presente dichiarazione è riferita alla fase di presentazione delle proposte ex art. 193</w:t>
      </w:r>
      <w:r>
        <w:rPr>
          <w:i/>
          <w:lang w:val="it-IT"/>
        </w:rPr>
        <w:t xml:space="preserve">, comma 16, </w:t>
      </w:r>
      <w:proofErr w:type="spellStart"/>
      <w:r>
        <w:rPr>
          <w:i/>
          <w:lang w:val="it-IT"/>
        </w:rPr>
        <w:t>D.Lgs.</w:t>
      </w:r>
      <w:proofErr w:type="spellEnd"/>
      <w:r>
        <w:rPr>
          <w:i/>
          <w:lang w:val="it-IT"/>
        </w:rPr>
        <w:t xml:space="preserve"> n. 36/2023</w:t>
      </w:r>
      <w:r w:rsidRPr="00EF30A7">
        <w:rPr>
          <w:i/>
          <w:lang w:val="it-IT"/>
        </w:rPr>
        <w:t xml:space="preserve">. </w:t>
      </w:r>
      <w:r w:rsidRPr="00EF30A7">
        <w:rPr>
          <w:b/>
          <w:i/>
          <w:lang w:val="it-IT"/>
        </w:rPr>
        <w:t xml:space="preserve">Il DGUE sarà richiesto nella </w:t>
      </w:r>
      <w:r>
        <w:rPr>
          <w:b/>
          <w:i/>
          <w:lang w:val="it-IT"/>
        </w:rPr>
        <w:t xml:space="preserve">eventuale </w:t>
      </w:r>
      <w:r w:rsidRPr="00EF30A7">
        <w:rPr>
          <w:b/>
          <w:i/>
          <w:lang w:val="it-IT"/>
        </w:rPr>
        <w:t xml:space="preserve">successiva procedura di gara </w:t>
      </w:r>
      <w:r>
        <w:rPr>
          <w:b/>
          <w:i/>
          <w:lang w:val="it-IT"/>
        </w:rPr>
        <w:t xml:space="preserve">ai sensi dell’art. 193, comma 8, </w:t>
      </w:r>
      <w:proofErr w:type="spellStart"/>
      <w:r>
        <w:rPr>
          <w:b/>
          <w:i/>
          <w:lang w:val="it-IT"/>
        </w:rPr>
        <w:t>D.Lgs.</w:t>
      </w:r>
      <w:proofErr w:type="spellEnd"/>
      <w:r>
        <w:rPr>
          <w:b/>
          <w:i/>
          <w:lang w:val="it-IT"/>
        </w:rPr>
        <w:t xml:space="preserve"> n. 36/2023 </w:t>
      </w:r>
      <w:r w:rsidRPr="00EF30A7">
        <w:rPr>
          <w:b/>
          <w:i/>
          <w:lang w:val="it-IT"/>
        </w:rPr>
        <w:t>a cura d</w:t>
      </w:r>
      <w:r>
        <w:rPr>
          <w:b/>
          <w:i/>
          <w:lang w:val="it-IT"/>
        </w:rPr>
        <w:t>i Centrale di Committenza qualificata</w:t>
      </w:r>
      <w:r w:rsidRPr="00EF30A7">
        <w:rPr>
          <w:b/>
          <w:i/>
          <w:lang w:val="it-IT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097FF" w14:textId="77777777" w:rsidR="00027876" w:rsidRPr="00027876" w:rsidRDefault="00027876" w:rsidP="00027876">
    <w:pPr>
      <w:pStyle w:val="Intestazione"/>
      <w:jc w:val="center"/>
      <w:rPr>
        <w:rFonts w:ascii="Times New Roman Grassetto" w:hAnsi="Times New Roman Grassetto"/>
        <w:b/>
        <w:smallCaps/>
        <w:lang w:val="it-IT"/>
      </w:rPr>
    </w:pPr>
    <w:r w:rsidRPr="00027876">
      <w:rPr>
        <w:rFonts w:ascii="Times New Roman Grassetto" w:hAnsi="Times New Roman Grassetto"/>
        <w:b/>
        <w:smallCaps/>
        <w:lang w:val="it-IT"/>
      </w:rPr>
      <w:t>Comune di Mezzana Bigli</w:t>
    </w:r>
  </w:p>
  <w:p w14:paraId="1C540D7F" w14:textId="77777777" w:rsidR="00027876" w:rsidRPr="00027876" w:rsidRDefault="00027876" w:rsidP="00027876">
    <w:pPr>
      <w:pStyle w:val="Intestazione"/>
      <w:jc w:val="center"/>
      <w:rPr>
        <w:lang w:val="it-IT"/>
      </w:rPr>
    </w:pPr>
    <w:r w:rsidRPr="00027876">
      <w:rPr>
        <w:lang w:val="it-IT"/>
      </w:rPr>
      <w:t>Provincia di Pavia</w:t>
    </w:r>
  </w:p>
  <w:p w14:paraId="6000917C" w14:textId="4D5261D9" w:rsidR="007C7C12" w:rsidRPr="00027876" w:rsidRDefault="007C7C12" w:rsidP="00027876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777B61"/>
    <w:multiLevelType w:val="hybridMultilevel"/>
    <w:tmpl w:val="AC4C679E"/>
    <w:lvl w:ilvl="0" w:tplc="69C88D68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1202523388">
    <w:abstractNumId w:val="8"/>
  </w:num>
  <w:num w:numId="2" w16cid:durableId="526985326">
    <w:abstractNumId w:val="6"/>
  </w:num>
  <w:num w:numId="3" w16cid:durableId="1937866635">
    <w:abstractNumId w:val="5"/>
  </w:num>
  <w:num w:numId="4" w16cid:durableId="1886285094">
    <w:abstractNumId w:val="4"/>
  </w:num>
  <w:num w:numId="5" w16cid:durableId="45227520">
    <w:abstractNumId w:val="7"/>
  </w:num>
  <w:num w:numId="6" w16cid:durableId="695541195">
    <w:abstractNumId w:val="3"/>
  </w:num>
  <w:num w:numId="7" w16cid:durableId="1606616980">
    <w:abstractNumId w:val="2"/>
  </w:num>
  <w:num w:numId="8" w16cid:durableId="1832719890">
    <w:abstractNumId w:val="1"/>
  </w:num>
  <w:num w:numId="9" w16cid:durableId="1335886544">
    <w:abstractNumId w:val="0"/>
  </w:num>
  <w:num w:numId="10" w16cid:durableId="1639072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876"/>
    <w:rsid w:val="00034616"/>
    <w:rsid w:val="0006063C"/>
    <w:rsid w:val="0015074B"/>
    <w:rsid w:val="0029639D"/>
    <w:rsid w:val="00326F90"/>
    <w:rsid w:val="00464265"/>
    <w:rsid w:val="005E0C22"/>
    <w:rsid w:val="007C7C12"/>
    <w:rsid w:val="00AA1D8D"/>
    <w:rsid w:val="00B47730"/>
    <w:rsid w:val="00C2527A"/>
    <w:rsid w:val="00C62B12"/>
    <w:rsid w:val="00CB0664"/>
    <w:rsid w:val="00EF30A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2BC459"/>
  <w14:defaultImageDpi w14:val="300"/>
  <w15:docId w15:val="{F18C0ED7-FF2A-4590-BF75-3D273D72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F30A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F30A7"/>
    <w:rPr>
      <w:rFonts w:ascii="Times New Roman" w:eastAsia="Times New Roman" w:hAnsi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F30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Paolo Re</cp:lastModifiedBy>
  <cp:revision>2</cp:revision>
  <dcterms:created xsi:type="dcterms:W3CDTF">2025-10-07T09:57:00Z</dcterms:created>
  <dcterms:modified xsi:type="dcterms:W3CDTF">2025-10-07T09:57:00Z</dcterms:modified>
  <cp:category/>
</cp:coreProperties>
</file>